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Noto Sans CJK SC" w:hAnsi="Noto Sans CJK SC" w:eastAsia="Noto Sans CJK SC"/>
          <w:b/>
          <w:color w:val="1F4E79"/>
          <w:sz w:val="44"/>
        </w:rPr>
        <w:t>诸葛亮为何没能建立 FDE 组织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4F6B85"/>
          <w:sz w:val="26"/>
        </w:rPr>
        <w:t>《诸葛亮为何没能建立 FDE 组织》简体中文试译本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作者：金甲容、沈载祐</w:t>
        <w:br/>
        <w:t>试译范围：原书前言与导言部分（约十页原文）</w:t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为什么要从《三国》寻找 AI 时代的未来人才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如今，许多人都站在同一个问题面前：AI 会替代我的工作吗？今后应该选择什么职业？已经积累的经验与专业能力还能继续有价值吗？应当让子女与学生准备什么？企业又该招聘和培养怎样的人？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问题已经来到眼前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生成式 AI 出现后，这些已不再是遥远未来的忧虑。AI 可以写报告、分析数据、生成图像与视频，甚至编写程序。借助氛围编程，即使不是专业开发者，也可以用自然语言完成应用与平台的初步版本。多个 AI 智能体连接后，还能在获授权的范围内搜索资料、分析信息、发送邮件、调整日程并完成实际工作。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人才标准正在改变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过去，拥有大量知识并准确完成被指派工作的人会获得较高评价。如今，知识检索、文档撰写、基础分析和重复性工作中相当一部分已经得到 AI 支持。企业开始要求新员工不只是任务执行者，而要能够主动发现问题、使用 AI 提出方案，并证明实际结果。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真正的竞争力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但仅仅善于使用 AI，并不能成为未来人才。即使擅长写提示词、会使用多种生成式 AI，如果不能判断应解决什么问题，也难以创造有意义的成果。即使通过氛围编程快速做出应用，如果没有解决真实用户问题，也只是展示功能的原型。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FDE 型未来人才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AI 时代真正的竞争力，来自于把 AI 给出的答案转化为现场成果的能力。必须定义真正重要的问题，看见文档和数据之外的现场现实，把经营者与实务人员、业务与技术的不同语言进行翻译，把人、事件、数据、规则、判断与行动之间的关系结构化。还要通过小型实验验证价值，并把成功与失败留存为组织资产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两个世界的相遇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源于两个不同世界的相遇。一边是长期研究《三国》、收藏相关书籍、记录、文物与器物的积累；《三国》不只是小说或英雄故事，更是一座关于人、权力、组织、关系、战争与生存的巨大知识宝库。另一边则是企业现场、AI、帕兰提尔 FDE、本体论、氛围编程与组织创新的世界。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以新的视角重读三国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两位作者把这两个世界连接起来，并提出一个问题：如果从 AI 时代未来人才的角度重读《三国》人物，会发现什么？如果曹操是今天的面试官，他会选拔怎样的人？荀彧为何可以被视为组织架构师？鲁肃如何把不同势力的利益翻译成联盟的语言？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核心问题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关羽忠诚而能干，却为何会成为组织整体的风险？马谡拥有知识，却为何在现场失败？吕布的卓越能力，为何没有成为组织资产？杨修聪明，却为何没有把才智转化为可持续的角色与信任？最终，问题汇聚到一点：诸葛亮是最出色的问题解决者，为何没能持续培养出与自己相似的问题解决者？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诸葛亮与 FDE 组织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把历史人物直接对应现代职位，只是一种分析比喻。然而，诸葛亮展现出的能力与今天的 FDE 极为相似：他面对模糊问题和众多限制，重新定义刘备的处境；他把荆州、益州、孙权联盟、汉室正统、曹操势力与南北地理连接为一个关系网络。隆中对不是知识炫耀，而是一张连接人物、空间、势力、名分、时间与行动的问题地图。诸葛亮是卓越的 FDE，但蜀汉并未真正成为能够持续培养 FDE 的组织。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试译说明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试译本选取原书前言与导言中最能体现核心问题意识的连续内容，供中国出版机构评估选题方向、叙述风格与本地化潜力。正式出版版可在保留原作思想框架的基础上，结合目标读者的编辑规范、术语体系与市场需求进行统一审校。</w:t>
      </w:r>
    </w:p>
    <w:sectPr w:rsidR="00FC693F" w:rsidRPr="0006063C" w:rsidSect="00034616">
      <w:footerReference w:type="default" r:id="rId9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